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89DDE" w14:textId="77777777" w:rsidR="00A37AE8" w:rsidRPr="00890C21" w:rsidRDefault="00000000">
      <w:pPr>
        <w:spacing w:after="40"/>
        <w:jc w:val="center"/>
        <w:rPr>
          <w:rFonts w:ascii="Arial" w:hAnsi="Arial" w:cs="Arial"/>
          <w:sz w:val="20"/>
          <w:szCs w:val="20"/>
        </w:rPr>
      </w:pPr>
      <w:r w:rsidRPr="00890C21">
        <w:rPr>
          <w:rFonts w:ascii="Arial" w:hAnsi="Arial" w:cs="Arial"/>
          <w:b/>
          <w:color w:val="002F58"/>
          <w:sz w:val="20"/>
          <w:szCs w:val="20"/>
        </w:rPr>
        <w:t>PET SURRENDER &amp; TRANSFER OF OWNERSHIP</w:t>
      </w:r>
    </w:p>
    <w:p w14:paraId="1EED3906" w14:textId="77777777" w:rsidR="00A37AE8" w:rsidRPr="00890C21" w:rsidRDefault="00000000">
      <w:pPr>
        <w:spacing w:after="160"/>
        <w:jc w:val="center"/>
        <w:rPr>
          <w:rFonts w:ascii="Arial" w:hAnsi="Arial" w:cs="Arial"/>
          <w:sz w:val="20"/>
          <w:szCs w:val="20"/>
        </w:rPr>
      </w:pPr>
      <w:r w:rsidRPr="00890C21">
        <w:rPr>
          <w:rFonts w:ascii="Arial" w:hAnsi="Arial" w:cs="Arial"/>
          <w:i/>
          <w:sz w:val="20"/>
          <w:szCs w:val="20"/>
        </w:rPr>
        <w:t>Permanent relinquishment to a veterinary hospital</w:t>
      </w:r>
    </w:p>
    <w:tbl>
      <w:tblPr>
        <w:tblW w:w="0" w:type="auto"/>
        <w:tblLayout w:type="fixed"/>
        <w:tblLook w:val="04A0" w:firstRow="1" w:lastRow="0" w:firstColumn="1" w:lastColumn="0" w:noHBand="0" w:noVBand="1"/>
      </w:tblPr>
      <w:tblGrid>
        <w:gridCol w:w="10224"/>
      </w:tblGrid>
      <w:tr w:rsidR="00A37AE8" w:rsidRPr="00890C21" w14:paraId="69F7889A" w14:textId="77777777">
        <w:tc>
          <w:tcPr>
            <w:tcW w:w="10224" w:type="dxa"/>
            <w:vAlign w:val="center"/>
          </w:tcPr>
          <w:p w14:paraId="0DB16836" w14:textId="77777777" w:rsidR="00A37AE8" w:rsidRPr="00890C21" w:rsidRDefault="00000000">
            <w:pPr>
              <w:spacing w:after="0" w:line="252" w:lineRule="auto"/>
              <w:rPr>
                <w:rFonts w:ascii="Arial" w:hAnsi="Arial" w:cs="Arial"/>
                <w:sz w:val="20"/>
                <w:szCs w:val="20"/>
              </w:rPr>
            </w:pPr>
            <w:r w:rsidRPr="00890C21">
              <w:rPr>
                <w:rFonts w:ascii="Arial" w:hAnsi="Arial" w:cs="Arial"/>
                <w:sz w:val="20"/>
                <w:szCs w:val="20"/>
              </w:rPr>
              <w:t>Hospital Name: __________________________________________   Date / Time: ______________________</w:t>
            </w:r>
          </w:p>
        </w:tc>
      </w:tr>
      <w:tr w:rsidR="00A37AE8" w:rsidRPr="00890C21" w14:paraId="3935DA07" w14:textId="77777777">
        <w:tc>
          <w:tcPr>
            <w:tcW w:w="10224" w:type="dxa"/>
            <w:vAlign w:val="center"/>
          </w:tcPr>
          <w:p w14:paraId="5840637F" w14:textId="7DEAF0F3" w:rsidR="00A37AE8" w:rsidRPr="00890C21" w:rsidRDefault="00000000">
            <w:pPr>
              <w:spacing w:after="0" w:line="252" w:lineRule="auto"/>
              <w:rPr>
                <w:rFonts w:ascii="Arial" w:hAnsi="Arial" w:cs="Arial"/>
                <w:sz w:val="20"/>
                <w:szCs w:val="20"/>
              </w:rPr>
            </w:pPr>
            <w:r w:rsidRPr="00890C21">
              <w:rPr>
                <w:rFonts w:ascii="Arial" w:hAnsi="Arial" w:cs="Arial"/>
                <w:sz w:val="20"/>
                <w:szCs w:val="20"/>
              </w:rPr>
              <w:t>Owner Full Legal Name: ________________________________________   Phone:________________________</w:t>
            </w:r>
          </w:p>
        </w:tc>
      </w:tr>
      <w:tr w:rsidR="00A37AE8" w:rsidRPr="00890C21" w14:paraId="4EAC45A2" w14:textId="77777777">
        <w:tc>
          <w:tcPr>
            <w:tcW w:w="10224" w:type="dxa"/>
            <w:vAlign w:val="center"/>
          </w:tcPr>
          <w:p w14:paraId="61F9FEAE" w14:textId="392A8D98" w:rsidR="00A37AE8" w:rsidRPr="00890C21" w:rsidRDefault="00000000">
            <w:pPr>
              <w:spacing w:after="0" w:line="252" w:lineRule="auto"/>
              <w:rPr>
                <w:rFonts w:ascii="Arial" w:hAnsi="Arial" w:cs="Arial"/>
                <w:sz w:val="20"/>
                <w:szCs w:val="20"/>
              </w:rPr>
            </w:pPr>
            <w:r w:rsidRPr="00890C21">
              <w:rPr>
                <w:rFonts w:ascii="Arial" w:hAnsi="Arial" w:cs="Arial"/>
                <w:sz w:val="20"/>
                <w:szCs w:val="20"/>
              </w:rPr>
              <w:t>Address: ____________________________________________________   Email: _______________________</w:t>
            </w:r>
          </w:p>
        </w:tc>
      </w:tr>
    </w:tbl>
    <w:p w14:paraId="41F82B52" w14:textId="77777777" w:rsidR="00A37AE8" w:rsidRPr="00890C21" w:rsidRDefault="00000000">
      <w:pPr>
        <w:rPr>
          <w:rFonts w:ascii="Arial" w:hAnsi="Arial" w:cs="Arial"/>
          <w:sz w:val="20"/>
          <w:szCs w:val="20"/>
        </w:rPr>
      </w:pPr>
      <w:r w:rsidRPr="00890C21">
        <w:rPr>
          <w:rFonts w:ascii="Arial" w:hAnsi="Arial" w:cs="Arial"/>
          <w:b/>
          <w:color w:val="002F58"/>
          <w:sz w:val="20"/>
          <w:szCs w:val="20"/>
        </w:rPr>
        <w:t>PATIENT INFORMATION</w:t>
      </w:r>
    </w:p>
    <w:tbl>
      <w:tblPr>
        <w:tblW w:w="0" w:type="auto"/>
        <w:tblLayout w:type="fixed"/>
        <w:tblLook w:val="04A0" w:firstRow="1" w:lastRow="0" w:firstColumn="1" w:lastColumn="0" w:noHBand="0" w:noVBand="1"/>
      </w:tblPr>
      <w:tblGrid>
        <w:gridCol w:w="10224"/>
      </w:tblGrid>
      <w:tr w:rsidR="00A37AE8" w:rsidRPr="00890C21" w14:paraId="49111524" w14:textId="77777777">
        <w:tc>
          <w:tcPr>
            <w:tcW w:w="10224" w:type="dxa"/>
            <w:vAlign w:val="center"/>
          </w:tcPr>
          <w:p w14:paraId="68A2CFF7" w14:textId="77777777" w:rsidR="00A37AE8" w:rsidRPr="00890C21" w:rsidRDefault="00000000">
            <w:pPr>
              <w:spacing w:after="0" w:line="252" w:lineRule="auto"/>
              <w:rPr>
                <w:rFonts w:ascii="Arial" w:hAnsi="Arial" w:cs="Arial"/>
                <w:sz w:val="20"/>
                <w:szCs w:val="20"/>
              </w:rPr>
            </w:pPr>
            <w:r w:rsidRPr="00890C21">
              <w:rPr>
                <w:rFonts w:ascii="Arial" w:hAnsi="Arial" w:cs="Arial"/>
                <w:sz w:val="20"/>
                <w:szCs w:val="20"/>
              </w:rPr>
              <w:t>Pet Name: __________________________  Species: ______________  Breed: _________________________</w:t>
            </w:r>
          </w:p>
        </w:tc>
      </w:tr>
      <w:tr w:rsidR="00A37AE8" w:rsidRPr="00890C21" w14:paraId="4B2B94D6" w14:textId="77777777">
        <w:tc>
          <w:tcPr>
            <w:tcW w:w="10224" w:type="dxa"/>
            <w:vAlign w:val="center"/>
          </w:tcPr>
          <w:p w14:paraId="2F64DAD3" w14:textId="77777777" w:rsidR="00A37AE8" w:rsidRPr="00890C21" w:rsidRDefault="00000000">
            <w:pPr>
              <w:spacing w:after="0" w:line="252" w:lineRule="auto"/>
              <w:rPr>
                <w:rFonts w:ascii="Arial" w:hAnsi="Arial" w:cs="Arial"/>
                <w:sz w:val="20"/>
                <w:szCs w:val="20"/>
              </w:rPr>
            </w:pPr>
            <w:r w:rsidRPr="00890C21">
              <w:rPr>
                <w:rFonts w:ascii="Arial" w:hAnsi="Arial" w:cs="Arial"/>
                <w:sz w:val="20"/>
                <w:szCs w:val="20"/>
              </w:rPr>
              <w:t xml:space="preserve">Age / DOB: ______________   Sex:  </w:t>
            </w:r>
            <w:r w:rsidRPr="00890C21">
              <w:rPr>
                <w:rFonts w:ascii="Segoe UI Symbol" w:hAnsi="Segoe UI Symbol" w:cs="Segoe UI Symbol"/>
                <w:sz w:val="20"/>
                <w:szCs w:val="20"/>
              </w:rPr>
              <w:t>☐</w:t>
            </w:r>
            <w:r w:rsidRPr="00890C21">
              <w:rPr>
                <w:rFonts w:ascii="Arial" w:hAnsi="Arial" w:cs="Arial"/>
                <w:sz w:val="20"/>
                <w:szCs w:val="20"/>
              </w:rPr>
              <w:t xml:space="preserve"> Male  </w:t>
            </w:r>
            <w:r w:rsidRPr="00890C21">
              <w:rPr>
                <w:rFonts w:ascii="Segoe UI Symbol" w:hAnsi="Segoe UI Symbol" w:cs="Segoe UI Symbol"/>
                <w:sz w:val="20"/>
                <w:szCs w:val="20"/>
              </w:rPr>
              <w:t>☐</w:t>
            </w:r>
            <w:r w:rsidRPr="00890C21">
              <w:rPr>
                <w:rFonts w:ascii="Arial" w:hAnsi="Arial" w:cs="Arial"/>
                <w:sz w:val="20"/>
                <w:szCs w:val="20"/>
              </w:rPr>
              <w:t xml:space="preserve"> Female   </w:t>
            </w:r>
            <w:r w:rsidRPr="00890C21">
              <w:rPr>
                <w:rFonts w:ascii="Segoe UI Symbol" w:hAnsi="Segoe UI Symbol" w:cs="Segoe UI Symbol"/>
                <w:sz w:val="20"/>
                <w:szCs w:val="20"/>
              </w:rPr>
              <w:t>☐</w:t>
            </w:r>
            <w:r w:rsidRPr="00890C21">
              <w:rPr>
                <w:rFonts w:ascii="Arial" w:hAnsi="Arial" w:cs="Arial"/>
                <w:sz w:val="20"/>
                <w:szCs w:val="20"/>
              </w:rPr>
              <w:t xml:space="preserve"> Spayed / Neutered   Color: ___________________</w:t>
            </w:r>
          </w:p>
        </w:tc>
      </w:tr>
      <w:tr w:rsidR="00A37AE8" w:rsidRPr="00890C21" w14:paraId="4480E567" w14:textId="77777777">
        <w:tc>
          <w:tcPr>
            <w:tcW w:w="10224" w:type="dxa"/>
            <w:vAlign w:val="center"/>
          </w:tcPr>
          <w:p w14:paraId="61F9BAD2" w14:textId="77777777" w:rsidR="00A37AE8" w:rsidRPr="00890C21" w:rsidRDefault="00000000">
            <w:pPr>
              <w:spacing w:after="0" w:line="252" w:lineRule="auto"/>
              <w:rPr>
                <w:rFonts w:ascii="Arial" w:hAnsi="Arial" w:cs="Arial"/>
                <w:sz w:val="20"/>
                <w:szCs w:val="20"/>
              </w:rPr>
            </w:pPr>
            <w:r w:rsidRPr="00890C21">
              <w:rPr>
                <w:rFonts w:ascii="Arial" w:hAnsi="Arial" w:cs="Arial"/>
                <w:sz w:val="20"/>
                <w:szCs w:val="20"/>
              </w:rPr>
              <w:t>Microchip / ID No.: _________________________   Previous Veterinarian: ___________________________</w:t>
            </w:r>
          </w:p>
        </w:tc>
      </w:tr>
    </w:tbl>
    <w:p w14:paraId="1FED7577" w14:textId="77777777" w:rsidR="00A37AE8" w:rsidRPr="00890C21" w:rsidRDefault="00000000">
      <w:pPr>
        <w:rPr>
          <w:rFonts w:ascii="Arial" w:hAnsi="Arial" w:cs="Arial"/>
          <w:sz w:val="20"/>
          <w:szCs w:val="20"/>
        </w:rPr>
      </w:pPr>
      <w:r w:rsidRPr="00890C21">
        <w:rPr>
          <w:rFonts w:ascii="Arial" w:hAnsi="Arial" w:cs="Arial"/>
          <w:b/>
          <w:color w:val="002F58"/>
          <w:sz w:val="20"/>
          <w:szCs w:val="20"/>
        </w:rPr>
        <w:t>REASON FOR SURRENDER &amp; MEDICAL DISCLOSURES</w:t>
      </w:r>
    </w:p>
    <w:p w14:paraId="73C00FEC" w14:textId="77777777" w:rsidR="00A37AE8" w:rsidRPr="00890C21" w:rsidRDefault="00000000">
      <w:pPr>
        <w:spacing w:after="40"/>
        <w:rPr>
          <w:rFonts w:ascii="Arial" w:hAnsi="Arial" w:cs="Arial"/>
          <w:sz w:val="20"/>
          <w:szCs w:val="20"/>
        </w:rPr>
      </w:pPr>
      <w:r w:rsidRPr="00890C21">
        <w:rPr>
          <w:rFonts w:ascii="Arial" w:hAnsi="Arial" w:cs="Arial"/>
          <w:sz w:val="20"/>
          <w:szCs w:val="20"/>
        </w:rPr>
        <w:t>Reason for surrender: __________________________________________________________________________</w:t>
      </w:r>
    </w:p>
    <w:p w14:paraId="2A2FCBB2" w14:textId="77777777" w:rsidR="00A37AE8" w:rsidRPr="00890C21" w:rsidRDefault="00000000">
      <w:pPr>
        <w:spacing w:after="20"/>
        <w:rPr>
          <w:rFonts w:ascii="Arial" w:hAnsi="Arial" w:cs="Arial"/>
          <w:sz w:val="20"/>
          <w:szCs w:val="20"/>
        </w:rPr>
      </w:pPr>
      <w:r w:rsidRPr="00890C21">
        <w:rPr>
          <w:rFonts w:ascii="Arial" w:hAnsi="Arial" w:cs="Arial"/>
          <w:sz w:val="20"/>
          <w:szCs w:val="20"/>
        </w:rPr>
        <w:t>Known medical conditions, medications, allergies, behavioral or bite history, or other pertinent information:</w:t>
      </w:r>
    </w:p>
    <w:p w14:paraId="06A621FE" w14:textId="77777777" w:rsidR="00A37AE8" w:rsidRPr="00890C21" w:rsidRDefault="00000000">
      <w:pPr>
        <w:spacing w:after="40"/>
        <w:rPr>
          <w:rFonts w:ascii="Arial" w:hAnsi="Arial" w:cs="Arial"/>
          <w:sz w:val="20"/>
          <w:szCs w:val="20"/>
        </w:rPr>
      </w:pPr>
      <w:r w:rsidRPr="00890C21">
        <w:rPr>
          <w:rFonts w:ascii="Arial" w:hAnsi="Arial" w:cs="Arial"/>
          <w:sz w:val="20"/>
          <w:szCs w:val="20"/>
        </w:rPr>
        <w:t>_______________________________________________________________________________________________</w:t>
      </w:r>
    </w:p>
    <w:p w14:paraId="2E72B4D6" w14:textId="77777777" w:rsidR="00A37AE8" w:rsidRPr="00890C21" w:rsidRDefault="00000000">
      <w:pPr>
        <w:spacing w:after="40"/>
        <w:rPr>
          <w:rFonts w:ascii="Arial" w:hAnsi="Arial" w:cs="Arial"/>
          <w:sz w:val="20"/>
          <w:szCs w:val="20"/>
        </w:rPr>
      </w:pPr>
      <w:r w:rsidRPr="00890C21">
        <w:rPr>
          <w:rFonts w:ascii="Arial" w:hAnsi="Arial" w:cs="Arial"/>
          <w:sz w:val="20"/>
          <w:szCs w:val="20"/>
        </w:rPr>
        <w:t>_______________________________________________________________________________________________</w:t>
      </w:r>
    </w:p>
    <w:p w14:paraId="01904BFD" w14:textId="77777777" w:rsidR="00A37AE8" w:rsidRPr="00890C21" w:rsidRDefault="00000000">
      <w:pPr>
        <w:rPr>
          <w:rFonts w:ascii="Arial" w:hAnsi="Arial" w:cs="Arial"/>
          <w:sz w:val="20"/>
          <w:szCs w:val="20"/>
        </w:rPr>
      </w:pPr>
      <w:r w:rsidRPr="00890C21">
        <w:rPr>
          <w:rFonts w:ascii="Arial" w:hAnsi="Arial" w:cs="Arial"/>
          <w:b/>
          <w:color w:val="002F58"/>
          <w:sz w:val="20"/>
          <w:szCs w:val="20"/>
        </w:rPr>
        <w:t>OWNER CERTIFICATION &amp; PERMANENT SURRENDER</w:t>
      </w:r>
    </w:p>
    <w:p w14:paraId="17BFDF03" w14:textId="77777777" w:rsidR="00A37AE8" w:rsidRPr="00890C21" w:rsidRDefault="00000000">
      <w:pPr>
        <w:rPr>
          <w:rFonts w:ascii="Arial" w:hAnsi="Arial" w:cs="Arial"/>
          <w:sz w:val="20"/>
          <w:szCs w:val="20"/>
        </w:rPr>
      </w:pPr>
      <w:r w:rsidRPr="00890C21">
        <w:rPr>
          <w:rFonts w:ascii="Arial" w:hAnsi="Arial" w:cs="Arial"/>
          <w:sz w:val="20"/>
          <w:szCs w:val="20"/>
        </w:rPr>
        <w:t>1. I certify that I am the lawful owner of the pet identified above (or have legal authority to surrender the pet), and that no other person or organization has a superior ownership claim or restriction preventing this transfer.</w:t>
      </w:r>
    </w:p>
    <w:p w14:paraId="36DB2F1D" w14:textId="77777777" w:rsidR="00A37AE8" w:rsidRPr="00890C21" w:rsidRDefault="00000000">
      <w:pPr>
        <w:rPr>
          <w:rFonts w:ascii="Arial" w:hAnsi="Arial" w:cs="Arial"/>
          <w:sz w:val="20"/>
          <w:szCs w:val="20"/>
        </w:rPr>
      </w:pPr>
      <w:r w:rsidRPr="00890C21">
        <w:rPr>
          <w:rFonts w:ascii="Arial" w:hAnsi="Arial" w:cs="Arial"/>
          <w:sz w:val="20"/>
          <w:szCs w:val="20"/>
        </w:rPr>
        <w:t>2. I voluntarily and permanently surrender all ownership rights, title, interest, custody, and decision-making authority for this pet to the hospital named above, effective upon acceptance and signature by its authorized representative. I understand this is not a temporary boarding or custody arrangement.</w:t>
      </w:r>
    </w:p>
    <w:p w14:paraId="11AB3348" w14:textId="77777777" w:rsidR="00A37AE8" w:rsidRPr="00890C21" w:rsidRDefault="00000000">
      <w:pPr>
        <w:rPr>
          <w:rFonts w:ascii="Arial" w:hAnsi="Arial" w:cs="Arial"/>
          <w:sz w:val="20"/>
          <w:szCs w:val="20"/>
        </w:rPr>
      </w:pPr>
      <w:r w:rsidRPr="00890C21">
        <w:rPr>
          <w:rFonts w:ascii="Arial" w:hAnsi="Arial" w:cs="Arial"/>
          <w:sz w:val="20"/>
          <w:szCs w:val="20"/>
        </w:rPr>
        <w:t>3. To the best of my knowledge, I have disclosed the pet’s relevant medical and behavioral history truthfully and will provide available records, medications, and identification information upon request.</w:t>
      </w:r>
    </w:p>
    <w:p w14:paraId="6FDB14BD" w14:textId="77777777" w:rsidR="00A37AE8" w:rsidRPr="00890C21" w:rsidRDefault="00000000">
      <w:pPr>
        <w:rPr>
          <w:rFonts w:ascii="Arial" w:hAnsi="Arial" w:cs="Arial"/>
          <w:sz w:val="20"/>
          <w:szCs w:val="20"/>
        </w:rPr>
      </w:pPr>
      <w:r w:rsidRPr="00890C21">
        <w:rPr>
          <w:rFonts w:ascii="Arial" w:hAnsi="Arial" w:cs="Arial"/>
          <w:sz w:val="20"/>
          <w:szCs w:val="20"/>
        </w:rPr>
        <w:t>4. I understand the hospital may, as permitted by applicable law, provide or decline treatment, seek placement or adoption, transfer the pet to another individual or organization, or authorize humane euthanasia. No specific medical outcome, adoption, placement, or continued housing is guaranteed.</w:t>
      </w:r>
    </w:p>
    <w:p w14:paraId="42B790B8" w14:textId="77777777" w:rsidR="00A37AE8" w:rsidRPr="00890C21" w:rsidRDefault="00000000">
      <w:pPr>
        <w:rPr>
          <w:rFonts w:ascii="Arial" w:hAnsi="Arial" w:cs="Arial"/>
          <w:sz w:val="20"/>
          <w:szCs w:val="20"/>
        </w:rPr>
      </w:pPr>
      <w:r w:rsidRPr="00890C21">
        <w:rPr>
          <w:rFonts w:ascii="Arial" w:hAnsi="Arial" w:cs="Arial"/>
          <w:sz w:val="20"/>
          <w:szCs w:val="20"/>
        </w:rPr>
        <w:t>5. After acceptance, I understand that I cannot demand the pet’s return or direct future medical or placement decisions. I authorize the hospital to update microchip and registration records to reflect the transfer.</w:t>
      </w:r>
    </w:p>
    <w:p w14:paraId="1737B8A4" w14:textId="77777777" w:rsidR="00A37AE8" w:rsidRPr="00890C21" w:rsidRDefault="00000000">
      <w:pPr>
        <w:rPr>
          <w:rFonts w:ascii="Arial" w:hAnsi="Arial" w:cs="Arial"/>
          <w:sz w:val="20"/>
          <w:szCs w:val="20"/>
        </w:rPr>
      </w:pPr>
      <w:r w:rsidRPr="00890C21">
        <w:rPr>
          <w:rFonts w:ascii="Arial" w:hAnsi="Arial" w:cs="Arial"/>
          <w:sz w:val="20"/>
          <w:szCs w:val="20"/>
        </w:rPr>
        <w:t>6. I understand this form does not waive liability for the hospital’s gross negligence, willful misconduct, or obligations that cannot legally be waived. Any financial obligations or surrender fees must be separately disclosed and agreed to.</w:t>
      </w:r>
    </w:p>
    <w:p w14:paraId="4FB31E3B" w14:textId="77777777" w:rsidR="00A37AE8" w:rsidRPr="00890C21" w:rsidRDefault="00000000">
      <w:pPr>
        <w:rPr>
          <w:rFonts w:ascii="Arial" w:hAnsi="Arial" w:cs="Arial"/>
          <w:sz w:val="20"/>
          <w:szCs w:val="20"/>
        </w:rPr>
      </w:pPr>
      <w:r w:rsidRPr="00890C21">
        <w:rPr>
          <w:rFonts w:ascii="Arial" w:hAnsi="Arial" w:cs="Arial"/>
          <w:b/>
          <w:color w:val="002F58"/>
          <w:sz w:val="20"/>
          <w:szCs w:val="20"/>
        </w:rPr>
        <w:t>SIGNATURES &amp; ACCEPTANCE</w:t>
      </w:r>
    </w:p>
    <w:p w14:paraId="259B8F2F" w14:textId="77777777" w:rsidR="00A37AE8" w:rsidRPr="00890C21" w:rsidRDefault="00000000">
      <w:pPr>
        <w:spacing w:after="100"/>
        <w:rPr>
          <w:rFonts w:ascii="Arial" w:hAnsi="Arial" w:cs="Arial"/>
          <w:sz w:val="20"/>
          <w:szCs w:val="20"/>
        </w:rPr>
      </w:pPr>
      <w:r w:rsidRPr="00890C21">
        <w:rPr>
          <w:rFonts w:ascii="Arial" w:hAnsi="Arial" w:cs="Arial"/>
          <w:sz w:val="20"/>
          <w:szCs w:val="20"/>
        </w:rPr>
        <w:t>Owner Signature: ________________________________________  Printed Name: ______________________</w:t>
      </w:r>
    </w:p>
    <w:p w14:paraId="5BD0B811" w14:textId="77777777" w:rsidR="00A37AE8" w:rsidRPr="00890C21" w:rsidRDefault="00000000">
      <w:pPr>
        <w:spacing w:after="100"/>
        <w:rPr>
          <w:rFonts w:ascii="Arial" w:hAnsi="Arial" w:cs="Arial"/>
          <w:sz w:val="20"/>
          <w:szCs w:val="20"/>
        </w:rPr>
      </w:pPr>
      <w:r w:rsidRPr="00890C21">
        <w:rPr>
          <w:rFonts w:ascii="Arial" w:hAnsi="Arial" w:cs="Arial"/>
          <w:sz w:val="20"/>
          <w:szCs w:val="20"/>
        </w:rPr>
        <w:t>Hospital Representative Signature: __________________________  Printed Name / Title: __________________</w:t>
      </w:r>
    </w:p>
    <w:p w14:paraId="713254A4" w14:textId="77777777" w:rsidR="00A37AE8" w:rsidRPr="00890C21" w:rsidRDefault="00000000">
      <w:pPr>
        <w:rPr>
          <w:rFonts w:ascii="Arial" w:hAnsi="Arial" w:cs="Arial"/>
          <w:sz w:val="20"/>
          <w:szCs w:val="20"/>
        </w:rPr>
      </w:pPr>
      <w:r w:rsidRPr="00890C21">
        <w:rPr>
          <w:rFonts w:ascii="Arial" w:hAnsi="Arial" w:cs="Arial"/>
          <w:sz w:val="20"/>
          <w:szCs w:val="20"/>
        </w:rPr>
        <w:t>Date / Time Ownership Transfer Accepted: _____________________________</w:t>
      </w:r>
    </w:p>
    <w:p w14:paraId="32E60A12" w14:textId="77777777" w:rsidR="00A37AE8" w:rsidRPr="00890C21" w:rsidRDefault="00000000">
      <w:pPr>
        <w:spacing w:before="100"/>
        <w:rPr>
          <w:rFonts w:ascii="Arial" w:hAnsi="Arial" w:cs="Arial"/>
          <w:sz w:val="20"/>
          <w:szCs w:val="20"/>
        </w:rPr>
      </w:pPr>
      <w:r w:rsidRPr="00890C21">
        <w:rPr>
          <w:rFonts w:ascii="Arial" w:hAnsi="Arial" w:cs="Arial"/>
          <w:sz w:val="20"/>
          <w:szCs w:val="20"/>
        </w:rPr>
        <w:t xml:space="preserve">Internal use:  </w:t>
      </w:r>
      <w:r w:rsidRPr="00890C21">
        <w:rPr>
          <w:rFonts w:ascii="Segoe UI Symbol" w:hAnsi="Segoe UI Symbol" w:cs="Segoe UI Symbol"/>
          <w:sz w:val="20"/>
          <w:szCs w:val="20"/>
        </w:rPr>
        <w:t>☐</w:t>
      </w:r>
      <w:r w:rsidRPr="00890C21">
        <w:rPr>
          <w:rFonts w:ascii="Arial" w:hAnsi="Arial" w:cs="Arial"/>
          <w:sz w:val="20"/>
          <w:szCs w:val="20"/>
        </w:rPr>
        <w:t xml:space="preserve"> Records received   </w:t>
      </w:r>
      <w:r w:rsidRPr="00890C21">
        <w:rPr>
          <w:rFonts w:ascii="Segoe UI Symbol" w:hAnsi="Segoe UI Symbol" w:cs="Segoe UI Symbol"/>
          <w:sz w:val="20"/>
          <w:szCs w:val="20"/>
        </w:rPr>
        <w:t>☐</w:t>
      </w:r>
      <w:r w:rsidRPr="00890C21">
        <w:rPr>
          <w:rFonts w:ascii="Arial" w:hAnsi="Arial" w:cs="Arial"/>
          <w:sz w:val="20"/>
          <w:szCs w:val="20"/>
        </w:rPr>
        <w:t xml:space="preserve"> Microchip reviewed   </w:t>
      </w:r>
      <w:r w:rsidRPr="00890C21">
        <w:rPr>
          <w:rFonts w:ascii="Segoe UI Symbol" w:hAnsi="Segoe UI Symbol" w:cs="Segoe UI Symbol"/>
          <w:sz w:val="20"/>
          <w:szCs w:val="20"/>
        </w:rPr>
        <w:t>☐</w:t>
      </w:r>
      <w:r w:rsidRPr="00890C21">
        <w:rPr>
          <w:rFonts w:ascii="Arial" w:hAnsi="Arial" w:cs="Arial"/>
          <w:sz w:val="20"/>
          <w:szCs w:val="20"/>
        </w:rPr>
        <w:t xml:space="preserve"> Belongings / medications received   </w:t>
      </w:r>
      <w:r w:rsidRPr="00890C21">
        <w:rPr>
          <w:rFonts w:ascii="Segoe UI Symbol" w:hAnsi="Segoe UI Symbol" w:cs="Segoe UI Symbol"/>
          <w:sz w:val="20"/>
          <w:szCs w:val="20"/>
        </w:rPr>
        <w:t>☐</w:t>
      </w:r>
      <w:r w:rsidRPr="00890C21">
        <w:rPr>
          <w:rFonts w:ascii="Arial" w:hAnsi="Arial" w:cs="Arial"/>
          <w:sz w:val="20"/>
          <w:szCs w:val="20"/>
        </w:rPr>
        <w:t xml:space="preserve"> Fee agreement (if any) completed</w:t>
      </w:r>
    </w:p>
    <w:sectPr w:rsidR="00A37AE8" w:rsidRPr="00890C21" w:rsidSect="00890C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2969967">
    <w:abstractNumId w:val="8"/>
  </w:num>
  <w:num w:numId="2" w16cid:durableId="1049836832">
    <w:abstractNumId w:val="6"/>
  </w:num>
  <w:num w:numId="3" w16cid:durableId="998197733">
    <w:abstractNumId w:val="5"/>
  </w:num>
  <w:num w:numId="4" w16cid:durableId="867107189">
    <w:abstractNumId w:val="4"/>
  </w:num>
  <w:num w:numId="5" w16cid:durableId="1268152026">
    <w:abstractNumId w:val="7"/>
  </w:num>
  <w:num w:numId="6" w16cid:durableId="2035305546">
    <w:abstractNumId w:val="3"/>
  </w:num>
  <w:num w:numId="7" w16cid:durableId="1457868561">
    <w:abstractNumId w:val="2"/>
  </w:num>
  <w:num w:numId="8" w16cid:durableId="476412360">
    <w:abstractNumId w:val="1"/>
  </w:num>
  <w:num w:numId="9" w16cid:durableId="86332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90C21"/>
    <w:rsid w:val="009B045E"/>
    <w:rsid w:val="00A37AE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6E867"/>
  <w14:defaultImageDpi w14:val="300"/>
  <w15:docId w15:val="{3A2E3EFE-E6A4-4C4F-86E0-B44278F2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7"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Angie Woodward</cp:lastModifiedBy>
  <cp:revision>2</cp:revision>
  <dcterms:created xsi:type="dcterms:W3CDTF">2013-12-23T23:15:00Z</dcterms:created>
  <dcterms:modified xsi:type="dcterms:W3CDTF">2026-10-14T16:24:00Z</dcterms:modified>
  <cp:category/>
</cp:coreProperties>
</file>