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58FC" w14:textId="77777777" w:rsidR="00450CA5" w:rsidRPr="0055413F" w:rsidRDefault="00000000">
      <w:pPr>
        <w:spacing w:after="40"/>
        <w:jc w:val="center"/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b/>
          <w:color w:val="16364F"/>
          <w:sz w:val="20"/>
          <w:szCs w:val="20"/>
        </w:rPr>
        <w:t>AGAINST MEDICAL ADVICE (AMA) / INFORMED REFUSAL</w:t>
      </w:r>
    </w:p>
    <w:p w14:paraId="064D8821" w14:textId="77777777" w:rsidR="00450CA5" w:rsidRPr="0055413F" w:rsidRDefault="00000000">
      <w:pPr>
        <w:spacing w:after="160"/>
        <w:jc w:val="center"/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i/>
          <w:sz w:val="20"/>
          <w:szCs w:val="20"/>
        </w:rPr>
        <w:t>Veterinary Treatment, Diagnostic Testing, Hospitalization, Transfer, or Other Recommended Care</w:t>
      </w:r>
    </w:p>
    <w:p w14:paraId="676BFF86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Hospital: _________________________________________    Date: __________________    Time: __________</w:t>
      </w:r>
    </w:p>
    <w:p w14:paraId="3536B7F5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Client / Authorized Agent: ____________________________    Phone: __________________________________</w:t>
      </w:r>
    </w:p>
    <w:p w14:paraId="0F3C0AA6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Patient Name: _________________________</w:t>
      </w:r>
      <w:proofErr w:type="gramStart"/>
      <w:r w:rsidRPr="0055413F">
        <w:rPr>
          <w:rFonts w:ascii="Arial" w:hAnsi="Arial" w:cs="Arial"/>
          <w:sz w:val="20"/>
          <w:szCs w:val="20"/>
        </w:rPr>
        <w:t xml:space="preserve">_   </w:t>
      </w:r>
      <w:proofErr w:type="gramEnd"/>
      <w:r w:rsidRPr="0055413F">
        <w:rPr>
          <w:rFonts w:ascii="Arial" w:hAnsi="Arial" w:cs="Arial"/>
          <w:sz w:val="20"/>
          <w:szCs w:val="20"/>
        </w:rPr>
        <w:t xml:space="preserve"> Species / Breed: ____________________</w:t>
      </w:r>
      <w:proofErr w:type="gramStart"/>
      <w:r w:rsidRPr="0055413F">
        <w:rPr>
          <w:rFonts w:ascii="Arial" w:hAnsi="Arial" w:cs="Arial"/>
          <w:sz w:val="20"/>
          <w:szCs w:val="20"/>
        </w:rPr>
        <w:t xml:space="preserve">_   </w:t>
      </w:r>
      <w:proofErr w:type="gramEnd"/>
      <w:r w:rsidRPr="0055413F">
        <w:rPr>
          <w:rFonts w:ascii="Arial" w:hAnsi="Arial" w:cs="Arial"/>
          <w:sz w:val="20"/>
          <w:szCs w:val="20"/>
        </w:rPr>
        <w:t xml:space="preserve"> Age: __________</w:t>
      </w:r>
    </w:p>
    <w:p w14:paraId="0D713137" w14:textId="77777777" w:rsidR="00450CA5" w:rsidRPr="0055413F" w:rsidRDefault="00000000">
      <w:pPr>
        <w:pBdr>
          <w:bottom w:val="single" w:sz="4" w:space="0" w:color="CCD5DC"/>
        </w:pBdr>
        <w:spacing w:before="120"/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b/>
          <w:color w:val="16364F"/>
          <w:sz w:val="20"/>
          <w:szCs w:val="20"/>
        </w:rPr>
        <w:t>CLINICAL RECOMMENDATION AND REFUSAL</w:t>
      </w:r>
    </w:p>
    <w:p w14:paraId="4A79B337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Reason for visit / presenting concern: ______________________________________________________________</w:t>
      </w:r>
    </w:p>
    <w:p w14:paraId="39DD3393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76106C22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Recommended diagnostics, treatment, hospitalization, referral, or transfer (be specific):</w:t>
      </w:r>
    </w:p>
    <w:p w14:paraId="6F115D78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083BAE06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748FBF2B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Care declined or limited by client: __________________________________________________________________</w:t>
      </w:r>
    </w:p>
    <w:p w14:paraId="49A5CE28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78E29FFB" w14:textId="77777777" w:rsidR="00450CA5" w:rsidRPr="0055413F" w:rsidRDefault="00000000">
      <w:pPr>
        <w:pBdr>
          <w:bottom w:val="single" w:sz="4" w:space="0" w:color="CCD5DC"/>
        </w:pBdr>
        <w:spacing w:before="120"/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b/>
          <w:color w:val="16364F"/>
          <w:sz w:val="20"/>
          <w:szCs w:val="20"/>
        </w:rPr>
        <w:t>RISKS, ALTERNATIVES, AND FOLLOW-UP</w:t>
      </w:r>
    </w:p>
    <w:p w14:paraId="29205D04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Material risks of declining or delaying the recommended care (patient-specific):</w:t>
      </w:r>
    </w:p>
    <w:p w14:paraId="599D2D9B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7DEB7443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4CD83031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Potential consequences may include worsening illness/injury, pain or suffering, permanent disability, and death, as applicable to this patient.</w:t>
      </w:r>
    </w:p>
    <w:p w14:paraId="1CBD9966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Alternatives offered (including outpatient care, referral/transfer, or second opinion): __________________________</w:t>
      </w:r>
    </w:p>
    <w:p w14:paraId="30B2B07A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52290AAA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Follow-up / return precautions and timing discussed: __________________________________________________</w:t>
      </w:r>
    </w:p>
    <w:p w14:paraId="0B8B0D81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7091B6FF" w14:textId="77777777" w:rsidR="00450CA5" w:rsidRPr="0055413F" w:rsidRDefault="00000000">
      <w:pPr>
        <w:pBdr>
          <w:bottom w:val="single" w:sz="4" w:space="0" w:color="CCD5DC"/>
        </w:pBdr>
        <w:spacing w:before="120"/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b/>
          <w:color w:val="16364F"/>
          <w:sz w:val="20"/>
          <w:szCs w:val="20"/>
        </w:rPr>
        <w:t>CLIENT ACKNOWLEDGMENT</w:t>
      </w:r>
    </w:p>
    <w:p w14:paraId="21264A20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By signing below, I confirm that:</w:t>
      </w:r>
    </w:p>
    <w:p w14:paraId="54F68045" w14:textId="77777777" w:rsidR="00450CA5" w:rsidRPr="0055413F" w:rsidRDefault="00000000">
      <w:pPr>
        <w:spacing w:after="40"/>
        <w:ind w:left="202" w:hanging="202"/>
        <w:rPr>
          <w:rFonts w:ascii="Arial" w:hAnsi="Arial" w:cs="Arial"/>
          <w:sz w:val="20"/>
          <w:szCs w:val="20"/>
        </w:rPr>
      </w:pPr>
      <w:proofErr w:type="gramStart"/>
      <w:r w:rsidRPr="0055413F">
        <w:rPr>
          <w:rFonts w:ascii="Segoe UI Symbol" w:hAnsi="Segoe UI Symbol" w:cs="Segoe UI Symbol"/>
          <w:sz w:val="20"/>
          <w:szCs w:val="20"/>
        </w:rPr>
        <w:t>☐</w:t>
      </w:r>
      <w:r w:rsidRPr="0055413F">
        <w:rPr>
          <w:rFonts w:ascii="Arial" w:hAnsi="Arial" w:cs="Arial"/>
          <w:sz w:val="20"/>
          <w:szCs w:val="20"/>
        </w:rPr>
        <w:t xml:space="preserve">  I</w:t>
      </w:r>
      <w:proofErr w:type="gramEnd"/>
      <w:r w:rsidRPr="0055413F">
        <w:rPr>
          <w:rFonts w:ascii="Arial" w:hAnsi="Arial" w:cs="Arial"/>
          <w:sz w:val="20"/>
          <w:szCs w:val="20"/>
        </w:rPr>
        <w:t xml:space="preserve"> am the owner or authorized </w:t>
      </w:r>
      <w:proofErr w:type="gramStart"/>
      <w:r w:rsidRPr="0055413F">
        <w:rPr>
          <w:rFonts w:ascii="Arial" w:hAnsi="Arial" w:cs="Arial"/>
          <w:sz w:val="20"/>
          <w:szCs w:val="20"/>
        </w:rPr>
        <w:t>decision-maker</w:t>
      </w:r>
      <w:proofErr w:type="gramEnd"/>
      <w:r w:rsidRPr="0055413F">
        <w:rPr>
          <w:rFonts w:ascii="Arial" w:hAnsi="Arial" w:cs="Arial"/>
          <w:sz w:val="20"/>
          <w:szCs w:val="20"/>
        </w:rPr>
        <w:t xml:space="preserve"> for the patient identified above.</w:t>
      </w:r>
    </w:p>
    <w:p w14:paraId="0FA3BE52" w14:textId="77777777" w:rsidR="00450CA5" w:rsidRPr="0055413F" w:rsidRDefault="00000000">
      <w:pPr>
        <w:spacing w:after="40"/>
        <w:ind w:left="202" w:hanging="202"/>
        <w:rPr>
          <w:rFonts w:ascii="Arial" w:hAnsi="Arial" w:cs="Arial"/>
          <w:sz w:val="20"/>
          <w:szCs w:val="20"/>
        </w:rPr>
      </w:pPr>
      <w:proofErr w:type="gramStart"/>
      <w:r w:rsidRPr="0055413F">
        <w:rPr>
          <w:rFonts w:ascii="Segoe UI Symbol" w:hAnsi="Segoe UI Symbol" w:cs="Segoe UI Symbol"/>
          <w:sz w:val="20"/>
          <w:szCs w:val="20"/>
        </w:rPr>
        <w:t>☐</w:t>
      </w:r>
      <w:r w:rsidRPr="0055413F">
        <w:rPr>
          <w:rFonts w:ascii="Arial" w:hAnsi="Arial" w:cs="Arial"/>
          <w:sz w:val="20"/>
          <w:szCs w:val="20"/>
        </w:rPr>
        <w:t xml:space="preserve">  The</w:t>
      </w:r>
      <w:proofErr w:type="gramEnd"/>
      <w:r w:rsidRPr="0055413F">
        <w:rPr>
          <w:rFonts w:ascii="Arial" w:hAnsi="Arial" w:cs="Arial"/>
          <w:sz w:val="20"/>
          <w:szCs w:val="20"/>
        </w:rPr>
        <w:t xml:space="preserve"> veterinarian has explained the current concerns, recommended care, material risks of refusal/delay, available alternatives, and likely consequences in terms I understand.</w:t>
      </w:r>
    </w:p>
    <w:p w14:paraId="17C90ECE" w14:textId="77777777" w:rsidR="00450CA5" w:rsidRPr="0055413F" w:rsidRDefault="00000000">
      <w:pPr>
        <w:spacing w:after="40"/>
        <w:ind w:left="202" w:hanging="202"/>
        <w:rPr>
          <w:rFonts w:ascii="Arial" w:hAnsi="Arial" w:cs="Arial"/>
          <w:sz w:val="20"/>
          <w:szCs w:val="20"/>
        </w:rPr>
      </w:pPr>
      <w:proofErr w:type="gramStart"/>
      <w:r w:rsidRPr="0055413F">
        <w:rPr>
          <w:rFonts w:ascii="Segoe UI Symbol" w:hAnsi="Segoe UI Symbol" w:cs="Segoe UI Symbol"/>
          <w:sz w:val="20"/>
          <w:szCs w:val="20"/>
        </w:rPr>
        <w:t>☐</w:t>
      </w:r>
      <w:r w:rsidRPr="0055413F">
        <w:rPr>
          <w:rFonts w:ascii="Arial" w:hAnsi="Arial" w:cs="Arial"/>
          <w:sz w:val="20"/>
          <w:szCs w:val="20"/>
        </w:rPr>
        <w:t xml:space="preserve">  I</w:t>
      </w:r>
      <w:proofErr w:type="gramEnd"/>
      <w:r w:rsidRPr="0055413F">
        <w:rPr>
          <w:rFonts w:ascii="Arial" w:hAnsi="Arial" w:cs="Arial"/>
          <w:sz w:val="20"/>
          <w:szCs w:val="20"/>
        </w:rPr>
        <w:t xml:space="preserve"> have had the opportunity to ask questions and have received answers. I understand that my pet’s condition may worsen and that I may seek veterinary or emergency care at any time.</w:t>
      </w:r>
    </w:p>
    <w:p w14:paraId="1749C576" w14:textId="77777777" w:rsidR="00450CA5" w:rsidRPr="0055413F" w:rsidRDefault="00000000">
      <w:pPr>
        <w:spacing w:after="40"/>
        <w:ind w:left="202" w:hanging="202"/>
        <w:rPr>
          <w:rFonts w:ascii="Arial" w:hAnsi="Arial" w:cs="Arial"/>
          <w:sz w:val="20"/>
          <w:szCs w:val="20"/>
        </w:rPr>
      </w:pPr>
      <w:proofErr w:type="gramStart"/>
      <w:r w:rsidRPr="0055413F">
        <w:rPr>
          <w:rFonts w:ascii="Segoe UI Symbol" w:hAnsi="Segoe UI Symbol" w:cs="Segoe UI Symbol"/>
          <w:sz w:val="20"/>
          <w:szCs w:val="20"/>
        </w:rPr>
        <w:t>☐</w:t>
      </w:r>
      <w:r w:rsidRPr="0055413F">
        <w:rPr>
          <w:rFonts w:ascii="Arial" w:hAnsi="Arial" w:cs="Arial"/>
          <w:sz w:val="20"/>
          <w:szCs w:val="20"/>
        </w:rPr>
        <w:t xml:space="preserve">  I</w:t>
      </w:r>
      <w:proofErr w:type="gramEnd"/>
      <w:r w:rsidRPr="0055413F">
        <w:rPr>
          <w:rFonts w:ascii="Arial" w:hAnsi="Arial" w:cs="Arial"/>
          <w:sz w:val="20"/>
          <w:szCs w:val="20"/>
        </w:rPr>
        <w:t xml:space="preserve"> voluntarily decline or limit the care documented above. I understand this decision will be recorded in the medical record.</w:t>
      </w:r>
    </w:p>
    <w:p w14:paraId="0429046E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Additional client comments / stated reason (optional): __________________________________________________</w:t>
      </w:r>
    </w:p>
    <w:p w14:paraId="349BAB28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________________________________________________________________________________________________</w:t>
      </w:r>
    </w:p>
    <w:p w14:paraId="5301E40A" w14:textId="77777777" w:rsidR="00450CA5" w:rsidRPr="0055413F" w:rsidRDefault="00000000">
      <w:pPr>
        <w:pBdr>
          <w:bottom w:val="single" w:sz="4" w:space="0" w:color="CCD5DC"/>
        </w:pBdr>
        <w:spacing w:before="120"/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b/>
          <w:color w:val="16364F"/>
          <w:sz w:val="20"/>
          <w:szCs w:val="20"/>
        </w:rPr>
        <w:t>SIGNATURES</w:t>
      </w:r>
    </w:p>
    <w:p w14:paraId="0A962A8E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 xml:space="preserve">Client / Authorized Agent </w:t>
      </w:r>
      <w:proofErr w:type="gramStart"/>
      <w:r w:rsidRPr="0055413F">
        <w:rPr>
          <w:rFonts w:ascii="Arial" w:hAnsi="Arial" w:cs="Arial"/>
          <w:sz w:val="20"/>
          <w:szCs w:val="20"/>
        </w:rPr>
        <w:t>Signature: __</w:t>
      </w:r>
      <w:proofErr w:type="gramEnd"/>
      <w:r w:rsidRPr="0055413F">
        <w:rPr>
          <w:rFonts w:ascii="Arial" w:hAnsi="Arial" w:cs="Arial"/>
          <w:sz w:val="20"/>
          <w:szCs w:val="20"/>
        </w:rPr>
        <w:t>________________________________________    Date/Time: ______________</w:t>
      </w:r>
    </w:p>
    <w:p w14:paraId="3DEB31AC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 xml:space="preserve">Veterinarian Name / </w:t>
      </w:r>
      <w:proofErr w:type="gramStart"/>
      <w:r w:rsidRPr="0055413F">
        <w:rPr>
          <w:rFonts w:ascii="Arial" w:hAnsi="Arial" w:cs="Arial"/>
          <w:sz w:val="20"/>
          <w:szCs w:val="20"/>
        </w:rPr>
        <w:t>Signature: _</w:t>
      </w:r>
      <w:proofErr w:type="gramEnd"/>
      <w:r w:rsidRPr="0055413F">
        <w:rPr>
          <w:rFonts w:ascii="Arial" w:hAnsi="Arial" w:cs="Arial"/>
          <w:sz w:val="20"/>
          <w:szCs w:val="20"/>
        </w:rPr>
        <w:t>____________________________________________    Date/Time: ______________</w:t>
      </w:r>
    </w:p>
    <w:p w14:paraId="02DD7425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Arial" w:hAnsi="Arial" w:cs="Arial"/>
          <w:sz w:val="20"/>
          <w:szCs w:val="20"/>
        </w:rPr>
        <w:t>Witness Name / Signature (if applicable): _____________________________________    Date/Time: ______________</w:t>
      </w:r>
    </w:p>
    <w:p w14:paraId="04BD6F0F" w14:textId="77777777" w:rsidR="00450CA5" w:rsidRPr="0055413F" w:rsidRDefault="00000000">
      <w:pPr>
        <w:rPr>
          <w:rFonts w:ascii="Arial" w:hAnsi="Arial" w:cs="Arial"/>
          <w:sz w:val="20"/>
          <w:szCs w:val="20"/>
        </w:rPr>
      </w:pPr>
      <w:r w:rsidRPr="0055413F">
        <w:rPr>
          <w:rFonts w:ascii="Segoe UI Symbol" w:hAnsi="Segoe UI Symbol" w:cs="Segoe UI Symbol"/>
          <w:sz w:val="20"/>
          <w:szCs w:val="20"/>
        </w:rPr>
        <w:t>☐</w:t>
      </w:r>
      <w:r w:rsidRPr="0055413F">
        <w:rPr>
          <w:rFonts w:ascii="Arial" w:hAnsi="Arial" w:cs="Arial"/>
          <w:sz w:val="20"/>
          <w:szCs w:val="20"/>
        </w:rPr>
        <w:t xml:space="preserve"> Client received copy     </w:t>
      </w:r>
      <w:r w:rsidRPr="0055413F">
        <w:rPr>
          <w:rFonts w:ascii="Segoe UI Symbol" w:hAnsi="Segoe UI Symbol" w:cs="Segoe UI Symbol"/>
          <w:sz w:val="20"/>
          <w:szCs w:val="20"/>
        </w:rPr>
        <w:t>☐</w:t>
      </w:r>
      <w:r w:rsidRPr="0055413F">
        <w:rPr>
          <w:rFonts w:ascii="Arial" w:hAnsi="Arial" w:cs="Arial"/>
          <w:sz w:val="20"/>
          <w:szCs w:val="20"/>
        </w:rPr>
        <w:t xml:space="preserve"> Client declined to sign (document discussion and witness in medical record)</w:t>
      </w:r>
    </w:p>
    <w:sectPr w:rsidR="00450CA5" w:rsidRPr="0055413F" w:rsidSect="005541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9763637">
    <w:abstractNumId w:val="8"/>
  </w:num>
  <w:num w:numId="2" w16cid:durableId="556673679">
    <w:abstractNumId w:val="6"/>
  </w:num>
  <w:num w:numId="3" w16cid:durableId="988479695">
    <w:abstractNumId w:val="5"/>
  </w:num>
  <w:num w:numId="4" w16cid:durableId="882474886">
    <w:abstractNumId w:val="4"/>
  </w:num>
  <w:num w:numId="5" w16cid:durableId="44524750">
    <w:abstractNumId w:val="7"/>
  </w:num>
  <w:num w:numId="6" w16cid:durableId="1261335499">
    <w:abstractNumId w:val="3"/>
  </w:num>
  <w:num w:numId="7" w16cid:durableId="1022123560">
    <w:abstractNumId w:val="2"/>
  </w:num>
  <w:num w:numId="8" w16cid:durableId="390469979">
    <w:abstractNumId w:val="1"/>
  </w:num>
  <w:num w:numId="9" w16cid:durableId="35461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0CA5"/>
    <w:rsid w:val="0055413F"/>
    <w:rsid w:val="009B045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C8EEFC"/>
  <w14:defaultImageDpi w14:val="300"/>
  <w15:docId w15:val="{3A2E3EFE-E6A4-4C4F-86E0-B44278F2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Angie Woodward</cp:lastModifiedBy>
  <cp:revision>2</cp:revision>
  <dcterms:created xsi:type="dcterms:W3CDTF">2013-12-23T23:15:00Z</dcterms:created>
  <dcterms:modified xsi:type="dcterms:W3CDTF">2026-10-14T16:18:00Z</dcterms:modified>
  <cp:category/>
</cp:coreProperties>
</file>